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2D4FE" w14:textId="77777777" w:rsidR="00121AFB" w:rsidRPr="00B163E2" w:rsidRDefault="00121AFB" w:rsidP="00121AFB">
      <w:pPr>
        <w:jc w:val="center"/>
      </w:pPr>
      <w:r>
        <w:rPr>
          <w:b/>
          <w:sz w:val="20"/>
        </w:rPr>
        <w:t>Honors Chemistry — Choice Board Assignment</w:t>
      </w:r>
    </w:p>
    <w:p w14:paraId="32B11EFE" w14:textId="77777777" w:rsidR="000C0A9F" w:rsidRPr="00121AFB" w:rsidRDefault="00000000">
      <w:pPr>
        <w:jc w:val="center"/>
        <w:rPr>
          <w:color w:val="1F497D" w:themeColor="text2"/>
        </w:rPr>
      </w:pPr>
      <w:r w:rsidRPr="00121AFB">
        <w:rPr>
          <w:b/>
          <w:color w:val="1F497D" w:themeColor="text2"/>
          <w:sz w:val="30"/>
        </w:rPr>
        <w:t>The Technician Audit: Verify, Identify &amp; Correct</w:t>
      </w:r>
    </w:p>
    <w:p w14:paraId="7CDDC398" w14:textId="01B2DB40" w:rsidR="00121AFB" w:rsidRPr="00B163E2" w:rsidRDefault="00121AFB" w:rsidP="00121AFB">
      <w:pPr>
        <w:jc w:val="center"/>
        <w:rPr>
          <w:sz w:val="32"/>
          <w:szCs w:val="32"/>
        </w:rPr>
      </w:pPr>
      <w:r w:rsidRPr="00B163E2">
        <w:rPr>
          <w:b/>
          <w:sz w:val="32"/>
          <w:szCs w:val="32"/>
        </w:rPr>
        <w:t xml:space="preserve">Area </w:t>
      </w:r>
      <w:r>
        <w:rPr>
          <w:b/>
          <w:sz w:val="32"/>
          <w:szCs w:val="32"/>
        </w:rPr>
        <w:t>2</w:t>
      </w:r>
      <w:r w:rsidRPr="00B163E2">
        <w:rPr>
          <w:b/>
          <w:sz w:val="32"/>
          <w:szCs w:val="32"/>
        </w:rPr>
        <w:t xml:space="preserve"> ASPIRE TO DO – Option </w:t>
      </w:r>
      <w:r>
        <w:rPr>
          <w:b/>
          <w:sz w:val="32"/>
          <w:szCs w:val="32"/>
        </w:rPr>
        <w:t>B</w:t>
      </w:r>
    </w:p>
    <w:p w14:paraId="03DF3774" w14:textId="03D70D49" w:rsidR="000C0A9F" w:rsidRDefault="00000000">
      <w:r>
        <w:rPr>
          <w:b/>
        </w:rPr>
        <w:t>Level 3.0 targets stretche</w:t>
      </w:r>
      <w:r w:rsidR="00121AFB">
        <w:rPr>
          <w:b/>
        </w:rPr>
        <w:t xml:space="preserve">d: </w:t>
      </w:r>
      <w:r>
        <w:t>SC.</w:t>
      </w:r>
      <w:proofErr w:type="gramStart"/>
      <w:r>
        <w:t>912.P.</w:t>
      </w:r>
      <w:proofErr w:type="gramEnd"/>
      <w:r>
        <w:t>10.5 T1-T4 - verifying and fixing flawed work across all four targets, then triaging severity and writing a corrective memo.</w:t>
      </w:r>
    </w:p>
    <w:p w14:paraId="255F115E" w14:textId="77777777" w:rsidR="000C0A9F" w:rsidRDefault="00000000">
      <w:r>
        <w:rPr>
          <w:b/>
        </w:rPr>
        <w:t>The Challenge</w:t>
      </w:r>
    </w:p>
    <w:p w14:paraId="4B2A0DC7" w14:textId="77777777" w:rsidR="000C0A9F" w:rsidRDefault="00000000">
      <w:r>
        <w:t>You are the quality-control chemist. A junior technician submitted an "Area 2 Summary Sheet" with nine claims about atoms, isotopes, states, and compounds. Three claims are correct; the rest carry subtle errors that would send the wrong chemical to the floor if left alone. Your job: VERIFY each claim against the periodic table, KMT, and the naming rules, CORRECT the wrong ones and name the misconception behind each, and file a corrective memo that ranks which errors are dangerous enough to stop production.</w:t>
      </w:r>
    </w:p>
    <w:p w14:paraId="275F61D6" w14:textId="77777777" w:rsidR="000C0A9F" w:rsidRDefault="00000000">
      <w:r>
        <w:rPr>
          <w:b/>
          <w:sz w:val="24"/>
        </w:rPr>
        <w:t>Part 1 - Verify Each Claim</w:t>
      </w:r>
    </w:p>
    <w:p w14:paraId="113920B8" w14:textId="77777777" w:rsidR="000C0A9F" w:rsidRDefault="00000000">
      <w:r>
        <w:t>For each claim below mark TRUE or FALSE, correct any false claim, and state the misconception behind it.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4680"/>
        <w:gridCol w:w="900"/>
        <w:gridCol w:w="3654"/>
      </w:tblGrid>
      <w:tr w:rsidR="000C0A9F" w14:paraId="016881C6" w14:textId="77777777" w:rsidTr="00A419DD">
        <w:tc>
          <w:tcPr>
            <w:tcW w:w="1278" w:type="dxa"/>
          </w:tcPr>
          <w:p w14:paraId="57A8DB61" w14:textId="77777777" w:rsidR="000C0A9F" w:rsidRDefault="00000000">
            <w:r>
              <w:rPr>
                <w:b/>
              </w:rPr>
              <w:t>#</w:t>
            </w:r>
          </w:p>
        </w:tc>
        <w:tc>
          <w:tcPr>
            <w:tcW w:w="4680" w:type="dxa"/>
          </w:tcPr>
          <w:p w14:paraId="03F4FC59" w14:textId="77777777" w:rsidR="000C0A9F" w:rsidRDefault="00000000">
            <w:r>
              <w:rPr>
                <w:b/>
              </w:rPr>
              <w:t>Claim</w:t>
            </w:r>
          </w:p>
        </w:tc>
        <w:tc>
          <w:tcPr>
            <w:tcW w:w="900" w:type="dxa"/>
          </w:tcPr>
          <w:p w14:paraId="68818938" w14:textId="77777777" w:rsidR="000C0A9F" w:rsidRDefault="00000000">
            <w:r>
              <w:rPr>
                <w:b/>
              </w:rPr>
              <w:t>T or F</w:t>
            </w:r>
          </w:p>
        </w:tc>
        <w:tc>
          <w:tcPr>
            <w:tcW w:w="3654" w:type="dxa"/>
          </w:tcPr>
          <w:p w14:paraId="4C7A0D99" w14:textId="77777777" w:rsidR="000C0A9F" w:rsidRDefault="00000000">
            <w:r>
              <w:rPr>
                <w:b/>
              </w:rPr>
              <w:t>Correction / misconception</w:t>
            </w:r>
          </w:p>
        </w:tc>
      </w:tr>
      <w:tr w:rsidR="000C0A9F" w14:paraId="5539EB96" w14:textId="77777777" w:rsidTr="00A419DD">
        <w:tc>
          <w:tcPr>
            <w:tcW w:w="1278" w:type="dxa"/>
          </w:tcPr>
          <w:p w14:paraId="21473E95" w14:textId="77777777" w:rsidR="000C0A9F" w:rsidRDefault="00000000">
            <w:r>
              <w:t>1</w:t>
            </w:r>
          </w:p>
        </w:tc>
        <w:tc>
          <w:tcPr>
            <w:tcW w:w="4680" w:type="dxa"/>
          </w:tcPr>
          <w:p w14:paraId="45388FB4" w14:textId="77777777" w:rsidR="000C0A9F" w:rsidRDefault="00000000">
            <w:r>
              <w:t>C-14 has the same number of protons, neutrons, and electrons as C-12.</w:t>
            </w:r>
          </w:p>
        </w:tc>
        <w:tc>
          <w:tcPr>
            <w:tcW w:w="900" w:type="dxa"/>
          </w:tcPr>
          <w:p w14:paraId="25EDCCDD" w14:textId="77777777" w:rsidR="000C0A9F" w:rsidRDefault="000C0A9F"/>
        </w:tc>
        <w:tc>
          <w:tcPr>
            <w:tcW w:w="3654" w:type="dxa"/>
          </w:tcPr>
          <w:p w14:paraId="2ED8FBA0" w14:textId="77777777" w:rsidR="000C0A9F" w:rsidRDefault="000C0A9F"/>
        </w:tc>
      </w:tr>
      <w:tr w:rsidR="000C0A9F" w14:paraId="5C7E8CDD" w14:textId="77777777" w:rsidTr="00A419DD">
        <w:tc>
          <w:tcPr>
            <w:tcW w:w="1278" w:type="dxa"/>
          </w:tcPr>
          <w:p w14:paraId="2A0FB7C1" w14:textId="77777777" w:rsidR="000C0A9F" w:rsidRDefault="00000000">
            <w:r>
              <w:t>2</w:t>
            </w:r>
          </w:p>
        </w:tc>
        <w:tc>
          <w:tcPr>
            <w:tcW w:w="4680" w:type="dxa"/>
          </w:tcPr>
          <w:p w14:paraId="38092DEC" w14:textId="77777777" w:rsidR="000C0A9F" w:rsidRDefault="00000000">
            <w:r>
              <w:t>Chlorine's atomic mass is the simple average of Cl-35 and Cl-37, which is 36.0 amu.</w:t>
            </w:r>
          </w:p>
        </w:tc>
        <w:tc>
          <w:tcPr>
            <w:tcW w:w="900" w:type="dxa"/>
          </w:tcPr>
          <w:p w14:paraId="53338329" w14:textId="77777777" w:rsidR="000C0A9F" w:rsidRDefault="000C0A9F"/>
        </w:tc>
        <w:tc>
          <w:tcPr>
            <w:tcW w:w="3654" w:type="dxa"/>
          </w:tcPr>
          <w:p w14:paraId="7A3BA038" w14:textId="77777777" w:rsidR="000C0A9F" w:rsidRDefault="000C0A9F"/>
        </w:tc>
      </w:tr>
      <w:tr w:rsidR="000C0A9F" w14:paraId="5920FFBF" w14:textId="77777777" w:rsidTr="00A419DD">
        <w:tc>
          <w:tcPr>
            <w:tcW w:w="1278" w:type="dxa"/>
          </w:tcPr>
          <w:p w14:paraId="7DEED253" w14:textId="77777777" w:rsidR="000C0A9F" w:rsidRDefault="00000000">
            <w:r>
              <w:t>3</w:t>
            </w:r>
          </w:p>
        </w:tc>
        <w:tc>
          <w:tcPr>
            <w:tcW w:w="4680" w:type="dxa"/>
          </w:tcPr>
          <w:p w14:paraId="4E07A466" w14:textId="77777777" w:rsidR="000C0A9F" w:rsidRDefault="00000000">
            <w:r>
              <w:t>Sodium-23 is written 23/11Na and has 11 protons, 11 electrons, and 12 neutrons.</w:t>
            </w:r>
          </w:p>
        </w:tc>
        <w:tc>
          <w:tcPr>
            <w:tcW w:w="900" w:type="dxa"/>
          </w:tcPr>
          <w:p w14:paraId="163ACCC7" w14:textId="77777777" w:rsidR="000C0A9F" w:rsidRDefault="000C0A9F"/>
        </w:tc>
        <w:tc>
          <w:tcPr>
            <w:tcW w:w="3654" w:type="dxa"/>
          </w:tcPr>
          <w:p w14:paraId="68CE9B19" w14:textId="77777777" w:rsidR="000C0A9F" w:rsidRDefault="000C0A9F"/>
        </w:tc>
      </w:tr>
      <w:tr w:rsidR="000C0A9F" w14:paraId="089316BE" w14:textId="77777777" w:rsidTr="00A419DD">
        <w:tc>
          <w:tcPr>
            <w:tcW w:w="1278" w:type="dxa"/>
          </w:tcPr>
          <w:p w14:paraId="62003147" w14:textId="77777777" w:rsidR="000C0A9F" w:rsidRDefault="00000000">
            <w:r>
              <w:t>4</w:t>
            </w:r>
          </w:p>
        </w:tc>
        <w:tc>
          <w:tcPr>
            <w:tcW w:w="4680" w:type="dxa"/>
          </w:tcPr>
          <w:p w14:paraId="3C6F6A67" w14:textId="77777777" w:rsidR="000C0A9F" w:rsidRDefault="00000000">
            <w:r>
              <w:t>A flat plateau on a heating curve means the burner is no longer adding energy during the phase change.</w:t>
            </w:r>
          </w:p>
        </w:tc>
        <w:tc>
          <w:tcPr>
            <w:tcW w:w="900" w:type="dxa"/>
          </w:tcPr>
          <w:p w14:paraId="1951C3B1" w14:textId="77777777" w:rsidR="000C0A9F" w:rsidRDefault="000C0A9F"/>
        </w:tc>
        <w:tc>
          <w:tcPr>
            <w:tcW w:w="3654" w:type="dxa"/>
          </w:tcPr>
          <w:p w14:paraId="70CD21B5" w14:textId="77777777" w:rsidR="000C0A9F" w:rsidRDefault="000C0A9F"/>
        </w:tc>
      </w:tr>
      <w:tr w:rsidR="000C0A9F" w14:paraId="412FFE96" w14:textId="77777777" w:rsidTr="00A419DD">
        <w:tc>
          <w:tcPr>
            <w:tcW w:w="1278" w:type="dxa"/>
          </w:tcPr>
          <w:p w14:paraId="0DDC1F6A" w14:textId="77777777" w:rsidR="000C0A9F" w:rsidRDefault="00000000">
            <w:r>
              <w:t>5</w:t>
            </w:r>
          </w:p>
        </w:tc>
        <w:tc>
          <w:tcPr>
            <w:tcW w:w="4680" w:type="dxa"/>
          </w:tcPr>
          <w:p w14:paraId="50ADD550" w14:textId="77777777" w:rsidR="000C0A9F" w:rsidRDefault="00000000">
            <w:r>
              <w:t>At room temperature bromine is a diatomic gas, like chlorine and fluorine.</w:t>
            </w:r>
          </w:p>
        </w:tc>
        <w:tc>
          <w:tcPr>
            <w:tcW w:w="900" w:type="dxa"/>
          </w:tcPr>
          <w:p w14:paraId="37DD338E" w14:textId="77777777" w:rsidR="000C0A9F" w:rsidRDefault="000C0A9F"/>
        </w:tc>
        <w:tc>
          <w:tcPr>
            <w:tcW w:w="3654" w:type="dxa"/>
          </w:tcPr>
          <w:p w14:paraId="3C0FB217" w14:textId="77777777" w:rsidR="000C0A9F" w:rsidRDefault="000C0A9F"/>
        </w:tc>
      </w:tr>
      <w:tr w:rsidR="000C0A9F" w14:paraId="2448DED1" w14:textId="77777777" w:rsidTr="00A419DD">
        <w:tc>
          <w:tcPr>
            <w:tcW w:w="1278" w:type="dxa"/>
          </w:tcPr>
          <w:p w14:paraId="69469F59" w14:textId="77777777" w:rsidR="000C0A9F" w:rsidRDefault="00000000">
            <w:r>
              <w:t>6</w:t>
            </w:r>
          </w:p>
        </w:tc>
        <w:tc>
          <w:tcPr>
            <w:tcW w:w="4680" w:type="dxa"/>
          </w:tcPr>
          <w:p w14:paraId="555C17E3" w14:textId="77777777" w:rsidR="000C0A9F" w:rsidRDefault="00000000">
            <w:r>
              <w:t>Sublimation is the change of a liquid directly into a gas.</w:t>
            </w:r>
          </w:p>
        </w:tc>
        <w:tc>
          <w:tcPr>
            <w:tcW w:w="900" w:type="dxa"/>
          </w:tcPr>
          <w:p w14:paraId="490D3149" w14:textId="77777777" w:rsidR="000C0A9F" w:rsidRDefault="000C0A9F"/>
        </w:tc>
        <w:tc>
          <w:tcPr>
            <w:tcW w:w="3654" w:type="dxa"/>
          </w:tcPr>
          <w:p w14:paraId="1A28A4D9" w14:textId="77777777" w:rsidR="000C0A9F" w:rsidRDefault="000C0A9F"/>
        </w:tc>
      </w:tr>
      <w:tr w:rsidR="000C0A9F" w14:paraId="322A8BE7" w14:textId="77777777" w:rsidTr="00A419DD">
        <w:tc>
          <w:tcPr>
            <w:tcW w:w="1278" w:type="dxa"/>
          </w:tcPr>
          <w:p w14:paraId="1A98C46E" w14:textId="77777777" w:rsidR="000C0A9F" w:rsidRDefault="00000000">
            <w:r>
              <w:t>7</w:t>
            </w:r>
          </w:p>
        </w:tc>
        <w:tc>
          <w:tcPr>
            <w:tcW w:w="4680" w:type="dxa"/>
          </w:tcPr>
          <w:p w14:paraId="71B474E4" w14:textId="77777777" w:rsidR="000C0A9F" w:rsidRDefault="00000000">
            <w:r>
              <w:t>NaCl is a covalent compound, so its systematic name is sodium dichloride.</w:t>
            </w:r>
          </w:p>
        </w:tc>
        <w:tc>
          <w:tcPr>
            <w:tcW w:w="900" w:type="dxa"/>
          </w:tcPr>
          <w:p w14:paraId="32F5533A" w14:textId="77777777" w:rsidR="000C0A9F" w:rsidRDefault="000C0A9F"/>
        </w:tc>
        <w:tc>
          <w:tcPr>
            <w:tcW w:w="3654" w:type="dxa"/>
          </w:tcPr>
          <w:p w14:paraId="0886B06A" w14:textId="77777777" w:rsidR="000C0A9F" w:rsidRDefault="000C0A9F"/>
        </w:tc>
      </w:tr>
      <w:tr w:rsidR="000C0A9F" w14:paraId="6DF5B4E8" w14:textId="77777777" w:rsidTr="00A419DD">
        <w:tc>
          <w:tcPr>
            <w:tcW w:w="1278" w:type="dxa"/>
          </w:tcPr>
          <w:p w14:paraId="2545FC01" w14:textId="77777777" w:rsidR="000C0A9F" w:rsidRDefault="00000000">
            <w:r>
              <w:t>8</w:t>
            </w:r>
          </w:p>
        </w:tc>
        <w:tc>
          <w:tcPr>
            <w:tcW w:w="4680" w:type="dxa"/>
          </w:tcPr>
          <w:p w14:paraId="08E17919" w14:textId="77777777" w:rsidR="000C0A9F" w:rsidRDefault="00000000">
            <w:r>
              <w:t>Because Mg forms Mg2+ and O forms O2-, magnesium and oxygen combine in a 1:1 ratio to give MgO2.</w:t>
            </w:r>
          </w:p>
        </w:tc>
        <w:tc>
          <w:tcPr>
            <w:tcW w:w="900" w:type="dxa"/>
          </w:tcPr>
          <w:p w14:paraId="4CEF798A" w14:textId="77777777" w:rsidR="000C0A9F" w:rsidRDefault="000C0A9F"/>
        </w:tc>
        <w:tc>
          <w:tcPr>
            <w:tcW w:w="3654" w:type="dxa"/>
          </w:tcPr>
          <w:p w14:paraId="1A168B96" w14:textId="77777777" w:rsidR="000C0A9F" w:rsidRDefault="000C0A9F"/>
        </w:tc>
      </w:tr>
      <w:tr w:rsidR="000C0A9F" w14:paraId="17BAEAC2" w14:textId="77777777" w:rsidTr="00A419DD">
        <w:tc>
          <w:tcPr>
            <w:tcW w:w="1278" w:type="dxa"/>
          </w:tcPr>
          <w:p w14:paraId="062A2A10" w14:textId="77777777" w:rsidR="000C0A9F" w:rsidRDefault="00000000">
            <w:r>
              <w:t>9</w:t>
            </w:r>
          </w:p>
        </w:tc>
        <w:tc>
          <w:tcPr>
            <w:tcW w:w="4680" w:type="dxa"/>
          </w:tcPr>
          <w:p w14:paraId="1A9C4C01" w14:textId="77777777" w:rsidR="000C0A9F" w:rsidRDefault="00000000">
            <w:r>
              <w:t>Carbon's atomic mass is 12.01 amu because most carbon atoms are C-12 with a little C-13 and C-14 mixed in.</w:t>
            </w:r>
          </w:p>
        </w:tc>
        <w:tc>
          <w:tcPr>
            <w:tcW w:w="900" w:type="dxa"/>
          </w:tcPr>
          <w:p w14:paraId="791C91EF" w14:textId="77777777" w:rsidR="000C0A9F" w:rsidRDefault="000C0A9F"/>
        </w:tc>
        <w:tc>
          <w:tcPr>
            <w:tcW w:w="3654" w:type="dxa"/>
          </w:tcPr>
          <w:p w14:paraId="58177A47" w14:textId="77777777" w:rsidR="000C0A9F" w:rsidRDefault="000C0A9F"/>
        </w:tc>
      </w:tr>
    </w:tbl>
    <w:p w14:paraId="2BAF9E46" w14:textId="77777777" w:rsidR="00A419DD" w:rsidRDefault="00A419DD">
      <w:pPr>
        <w:rPr>
          <w:b/>
          <w:sz w:val="24"/>
        </w:rPr>
      </w:pPr>
    </w:p>
    <w:p w14:paraId="78CCDCB4" w14:textId="7470EFE2" w:rsidR="000C0A9F" w:rsidRDefault="00000000">
      <w:r>
        <w:rPr>
          <w:b/>
          <w:sz w:val="24"/>
        </w:rPr>
        <w:t>Part 2 - Rank the Danger</w:t>
      </w:r>
    </w:p>
    <w:p w14:paraId="663BE97D" w14:textId="77777777" w:rsidR="000C0A9F" w:rsidRDefault="00000000">
      <w:r>
        <w:t>In a plant that labels chemical drums, an incorrect name, formula, or state could cause mislabeling, unsafe handling, or a bad batch. Rank the FALSE claims by how much harm each could cause if uncorrected, and justify your top pick in one paragraph.</w:t>
      </w:r>
    </w:p>
    <w:p w14:paraId="7A39D727" w14:textId="77777777" w:rsidR="00A419DD" w:rsidRDefault="00A419DD">
      <w:pPr>
        <w:rPr>
          <w:b/>
          <w:sz w:val="24"/>
        </w:rPr>
      </w:pPr>
    </w:p>
    <w:p w14:paraId="2379433E" w14:textId="39B89BB2" w:rsidR="000C0A9F" w:rsidRDefault="00000000">
      <w:r>
        <w:rPr>
          <w:b/>
          <w:sz w:val="24"/>
        </w:rPr>
        <w:t>Part 3 - Cross-Check the Arithmetic</w:t>
      </w:r>
    </w:p>
    <w:p w14:paraId="7E156B66" w14:textId="77777777" w:rsidR="000C0A9F" w:rsidRDefault="00000000">
      <w:r>
        <w:t>The technician's calculation sheet rewrites claim 2 "the correct way" - but stops halfway. Using the abundances below, finish the computation of chlorine's weighted average atomic mass and then show what the decimal would be if they had used equal 50/50 abundances instead. Why does the periodic table show the weighted value?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4"/>
        <w:gridCol w:w="3504"/>
        <w:gridCol w:w="3504"/>
      </w:tblGrid>
      <w:tr w:rsidR="000C0A9F" w14:paraId="7113A8EA" w14:textId="77777777">
        <w:tc>
          <w:tcPr>
            <w:tcW w:w="3504" w:type="dxa"/>
          </w:tcPr>
          <w:p w14:paraId="16C62C02" w14:textId="77777777" w:rsidR="000C0A9F" w:rsidRDefault="00000000">
            <w:r>
              <w:rPr>
                <w:b/>
              </w:rPr>
              <w:t>Isotope</w:t>
            </w:r>
          </w:p>
        </w:tc>
        <w:tc>
          <w:tcPr>
            <w:tcW w:w="3504" w:type="dxa"/>
          </w:tcPr>
          <w:p w14:paraId="4B92F742" w14:textId="77777777" w:rsidR="000C0A9F" w:rsidRDefault="00000000">
            <w:r>
              <w:rPr>
                <w:b/>
              </w:rPr>
              <w:t>Mass (amu)</w:t>
            </w:r>
          </w:p>
        </w:tc>
        <w:tc>
          <w:tcPr>
            <w:tcW w:w="3504" w:type="dxa"/>
          </w:tcPr>
          <w:p w14:paraId="60247119" w14:textId="77777777" w:rsidR="000C0A9F" w:rsidRDefault="00000000">
            <w:r>
              <w:rPr>
                <w:b/>
              </w:rPr>
              <w:t>Abundance (%)</w:t>
            </w:r>
          </w:p>
        </w:tc>
      </w:tr>
      <w:tr w:rsidR="000C0A9F" w14:paraId="124F32EA" w14:textId="77777777">
        <w:tc>
          <w:tcPr>
            <w:tcW w:w="3504" w:type="dxa"/>
          </w:tcPr>
          <w:p w14:paraId="1A441B3C" w14:textId="77777777" w:rsidR="000C0A9F" w:rsidRDefault="00000000">
            <w:r>
              <w:t>Cl-35</w:t>
            </w:r>
          </w:p>
        </w:tc>
        <w:tc>
          <w:tcPr>
            <w:tcW w:w="3504" w:type="dxa"/>
          </w:tcPr>
          <w:p w14:paraId="41D59AF3" w14:textId="77777777" w:rsidR="000C0A9F" w:rsidRDefault="00000000">
            <w:r>
              <w:t>34.969</w:t>
            </w:r>
          </w:p>
        </w:tc>
        <w:tc>
          <w:tcPr>
            <w:tcW w:w="3504" w:type="dxa"/>
          </w:tcPr>
          <w:p w14:paraId="3AA62110" w14:textId="77777777" w:rsidR="000C0A9F" w:rsidRDefault="00000000">
            <w:r>
              <w:t>75.76</w:t>
            </w:r>
          </w:p>
        </w:tc>
      </w:tr>
      <w:tr w:rsidR="000C0A9F" w14:paraId="271EA612" w14:textId="77777777">
        <w:tc>
          <w:tcPr>
            <w:tcW w:w="3504" w:type="dxa"/>
          </w:tcPr>
          <w:p w14:paraId="0360F528" w14:textId="77777777" w:rsidR="000C0A9F" w:rsidRDefault="00000000">
            <w:r>
              <w:t>Cl-37</w:t>
            </w:r>
          </w:p>
        </w:tc>
        <w:tc>
          <w:tcPr>
            <w:tcW w:w="3504" w:type="dxa"/>
          </w:tcPr>
          <w:p w14:paraId="39A9B136" w14:textId="77777777" w:rsidR="000C0A9F" w:rsidRDefault="00000000">
            <w:r>
              <w:t>36.966</w:t>
            </w:r>
          </w:p>
        </w:tc>
        <w:tc>
          <w:tcPr>
            <w:tcW w:w="3504" w:type="dxa"/>
          </w:tcPr>
          <w:p w14:paraId="3E002881" w14:textId="77777777" w:rsidR="000C0A9F" w:rsidRDefault="00000000">
            <w:r>
              <w:t>24.24</w:t>
            </w:r>
          </w:p>
        </w:tc>
      </w:tr>
    </w:tbl>
    <w:p w14:paraId="3E0528C2" w14:textId="77777777" w:rsidR="00A419DD" w:rsidRDefault="00A419DD">
      <w:pPr>
        <w:rPr>
          <w:b/>
          <w:sz w:val="24"/>
        </w:rPr>
      </w:pPr>
    </w:p>
    <w:p w14:paraId="5DD5C5C5" w14:textId="0B57AFEF" w:rsidR="000C0A9F" w:rsidRDefault="00000000">
      <w:r>
        <w:rPr>
          <w:b/>
          <w:sz w:val="24"/>
        </w:rPr>
        <w:t>Part 4 - The Corrective Memo</w:t>
      </w:r>
    </w:p>
    <w:p w14:paraId="6D111079" w14:textId="77777777" w:rsidR="000C0A9F" w:rsidRDefault="00000000">
      <w:r>
        <w:t>Write the memo to the technician: which claims passed, which failed, the single biggest misconception in the set, and the ONE drill you would assign so it does not recur. End with the three-word rule that fixes the naming error in claim 7 and the sentence that fixes claim 8's formula.</w:t>
      </w:r>
    </w:p>
    <w:p w14:paraId="718A0781" w14:textId="77777777" w:rsidR="00121AFB" w:rsidRDefault="00121AFB">
      <w:pPr>
        <w:rPr>
          <w:b/>
          <w:sz w:val="24"/>
        </w:rPr>
      </w:pPr>
    </w:p>
    <w:p w14:paraId="0442289B" w14:textId="77777777" w:rsidR="00121AFB" w:rsidRDefault="00121AFB">
      <w:pPr>
        <w:rPr>
          <w:b/>
          <w:sz w:val="24"/>
        </w:rPr>
      </w:pPr>
    </w:p>
    <w:p w14:paraId="51AEEAE9" w14:textId="77777777" w:rsidR="00121AFB" w:rsidRDefault="00121AFB">
      <w:pPr>
        <w:rPr>
          <w:b/>
          <w:sz w:val="24"/>
        </w:rPr>
      </w:pPr>
    </w:p>
    <w:p w14:paraId="6D4D58DB" w14:textId="77777777" w:rsidR="00121AFB" w:rsidRDefault="00121AFB">
      <w:pPr>
        <w:rPr>
          <w:b/>
          <w:sz w:val="24"/>
        </w:rPr>
      </w:pPr>
    </w:p>
    <w:p w14:paraId="5839F59B" w14:textId="77777777" w:rsidR="00121AFB" w:rsidRDefault="00121AFB">
      <w:pPr>
        <w:rPr>
          <w:b/>
          <w:sz w:val="24"/>
        </w:rPr>
      </w:pPr>
    </w:p>
    <w:p w14:paraId="30DAD2B0" w14:textId="77777777" w:rsidR="00121AFB" w:rsidRDefault="00121AFB">
      <w:pPr>
        <w:rPr>
          <w:b/>
          <w:sz w:val="24"/>
        </w:rPr>
      </w:pPr>
    </w:p>
    <w:p w14:paraId="5F99F368" w14:textId="77777777" w:rsidR="00121AFB" w:rsidRDefault="00121AFB">
      <w:pPr>
        <w:rPr>
          <w:b/>
          <w:sz w:val="24"/>
        </w:rPr>
      </w:pPr>
    </w:p>
    <w:p w14:paraId="33E6102A" w14:textId="77777777" w:rsidR="00121AFB" w:rsidRDefault="00121AFB">
      <w:pPr>
        <w:rPr>
          <w:b/>
          <w:sz w:val="24"/>
        </w:rPr>
      </w:pPr>
    </w:p>
    <w:p w14:paraId="51DBB2EB" w14:textId="77777777" w:rsidR="00121AFB" w:rsidRDefault="00121AFB">
      <w:pPr>
        <w:rPr>
          <w:b/>
          <w:sz w:val="24"/>
        </w:rPr>
      </w:pPr>
    </w:p>
    <w:p w14:paraId="63B7BB43" w14:textId="77777777" w:rsidR="00121AFB" w:rsidRDefault="00121AFB">
      <w:pPr>
        <w:rPr>
          <w:b/>
          <w:sz w:val="24"/>
        </w:rPr>
      </w:pPr>
    </w:p>
    <w:p w14:paraId="5033BEDC" w14:textId="77777777" w:rsidR="00121AFB" w:rsidRDefault="00121AFB">
      <w:pPr>
        <w:rPr>
          <w:b/>
          <w:sz w:val="24"/>
        </w:rPr>
      </w:pPr>
    </w:p>
    <w:p w14:paraId="39643B5A" w14:textId="77777777" w:rsidR="00121AFB" w:rsidRDefault="00121AFB">
      <w:pPr>
        <w:rPr>
          <w:b/>
          <w:sz w:val="24"/>
        </w:rPr>
      </w:pPr>
    </w:p>
    <w:p w14:paraId="7089EC82" w14:textId="77777777" w:rsidR="00121AFB" w:rsidRDefault="00121AFB">
      <w:pPr>
        <w:rPr>
          <w:b/>
          <w:sz w:val="24"/>
        </w:rPr>
      </w:pPr>
    </w:p>
    <w:p w14:paraId="0A031C1C" w14:textId="77777777" w:rsidR="00121AFB" w:rsidRDefault="00121AFB">
      <w:pPr>
        <w:rPr>
          <w:b/>
          <w:sz w:val="24"/>
        </w:rPr>
      </w:pPr>
    </w:p>
    <w:p w14:paraId="00078C19" w14:textId="77777777" w:rsidR="00121AFB" w:rsidRDefault="00121AFB">
      <w:pPr>
        <w:rPr>
          <w:b/>
          <w:sz w:val="24"/>
        </w:rPr>
      </w:pPr>
    </w:p>
    <w:p w14:paraId="5232ACDA" w14:textId="62CF029D" w:rsidR="000C0A9F" w:rsidRDefault="000C0A9F"/>
    <w:sectPr w:rsidR="000C0A9F" w:rsidSect="00121AFB">
      <w:pgSz w:w="12240" w:h="15840"/>
      <w:pgMar w:top="450" w:right="864" w:bottom="144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5038658">
    <w:abstractNumId w:val="8"/>
  </w:num>
  <w:num w:numId="2" w16cid:durableId="1719358260">
    <w:abstractNumId w:val="6"/>
  </w:num>
  <w:num w:numId="3" w16cid:durableId="635448195">
    <w:abstractNumId w:val="5"/>
  </w:num>
  <w:num w:numId="4" w16cid:durableId="1172376754">
    <w:abstractNumId w:val="4"/>
  </w:num>
  <w:num w:numId="5" w16cid:durableId="413204558">
    <w:abstractNumId w:val="7"/>
  </w:num>
  <w:num w:numId="6" w16cid:durableId="1131368176">
    <w:abstractNumId w:val="3"/>
  </w:num>
  <w:num w:numId="7" w16cid:durableId="1184051495">
    <w:abstractNumId w:val="2"/>
  </w:num>
  <w:num w:numId="8" w16cid:durableId="1580552204">
    <w:abstractNumId w:val="1"/>
  </w:num>
  <w:num w:numId="9" w16cid:durableId="1194998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0A9F"/>
    <w:rsid w:val="00121AFB"/>
    <w:rsid w:val="0015074B"/>
    <w:rsid w:val="0029639D"/>
    <w:rsid w:val="00326F90"/>
    <w:rsid w:val="006539C6"/>
    <w:rsid w:val="00A419DD"/>
    <w:rsid w:val="00A539B4"/>
    <w:rsid w:val="00AA1D8D"/>
    <w:rsid w:val="00B47730"/>
    <w:rsid w:val="00BF785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8C8160"/>
  <w14:defaultImageDpi w14:val="300"/>
  <w15:docId w15:val="{593C034F-B056-429B-A361-4B1709A8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4</cp:revision>
  <dcterms:created xsi:type="dcterms:W3CDTF">2013-12-23T23:15:00Z</dcterms:created>
  <dcterms:modified xsi:type="dcterms:W3CDTF">2026-09-16T13:18:00Z</dcterms:modified>
  <cp:category/>
</cp:coreProperties>
</file>